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5E808" w14:textId="77777777" w:rsidR="00380ED9" w:rsidRDefault="00380ED9" w:rsidP="00380ED9">
      <w:r>
        <w:t>AİLE HEKİMLERİ İÇİN REDES SAVUNMA TASLAĞI</w:t>
      </w:r>
    </w:p>
    <w:p w14:paraId="23498A45" w14:textId="06A10FF6" w:rsidR="00FC2142" w:rsidRDefault="00000000">
      <w:r>
        <w:t>.................................................. İLÇE SAĞLIK MÜDÜRLÜĞÜ’NE</w:t>
      </w:r>
    </w:p>
    <w:p w14:paraId="574A4438" w14:textId="77777777" w:rsidR="00FC2142" w:rsidRDefault="00000000">
      <w:r>
        <w:t>Konu: Savunma</w:t>
      </w:r>
    </w:p>
    <w:p w14:paraId="4573C2BF" w14:textId="77777777" w:rsidR="002607DF" w:rsidRDefault="00000000">
      <w:proofErr w:type="spellStart"/>
      <w:r>
        <w:t>İlgi</w:t>
      </w:r>
      <w:proofErr w:type="spellEnd"/>
      <w:r>
        <w:t>: ....../....../.......... tarihli ve E-......................... sayılı yazınız.</w:t>
      </w:r>
      <w:r>
        <w:br/>
      </w:r>
      <w:r>
        <w:br/>
      </w:r>
      <w:r w:rsidR="00380ED9">
        <w:t xml:space="preserve">   </w:t>
      </w:r>
      <w:proofErr w:type="spellStart"/>
      <w:r>
        <w:t>İlgi</w:t>
      </w:r>
      <w:proofErr w:type="spellEnd"/>
      <w:r>
        <w:t xml:space="preserve"> </w:t>
      </w:r>
      <w:proofErr w:type="spellStart"/>
      <w:r>
        <w:t>yazınızda</w:t>
      </w:r>
      <w:proofErr w:type="spellEnd"/>
      <w:r>
        <w:t xml:space="preserve">, </w:t>
      </w:r>
      <w:proofErr w:type="spellStart"/>
      <w:r>
        <w:t>belirtilen</w:t>
      </w:r>
      <w:proofErr w:type="spellEnd"/>
      <w:r>
        <w:t xml:space="preserve"> </w:t>
      </w:r>
      <w:proofErr w:type="spellStart"/>
      <w:r>
        <w:t>tarihlerde</w:t>
      </w:r>
      <w:proofErr w:type="spellEnd"/>
      <w:r>
        <w:t xml:space="preserve"> </w:t>
      </w:r>
      <w:proofErr w:type="spellStart"/>
      <w:r>
        <w:t>mesai</w:t>
      </w:r>
      <w:proofErr w:type="spellEnd"/>
      <w:r>
        <w:t xml:space="preserve"> saatleri ile muayene kayıt saatlerim arasında farklılık bulunduğu gerekçesiyle savunmam istenmiştir.</w:t>
      </w:r>
      <w:r>
        <w:br/>
      </w:r>
      <w:r>
        <w:br/>
      </w:r>
      <w:r w:rsidR="00380ED9">
        <w:t xml:space="preserve">   </w:t>
      </w:r>
      <w:r>
        <w:t xml:space="preserve">Aile </w:t>
      </w:r>
      <w:proofErr w:type="spellStart"/>
      <w:r>
        <w:t>hekiminin</w:t>
      </w:r>
      <w:proofErr w:type="spellEnd"/>
      <w:r>
        <w:t xml:space="preserve"> </w:t>
      </w:r>
      <w:proofErr w:type="spellStart"/>
      <w:r>
        <w:t>görev</w:t>
      </w:r>
      <w:proofErr w:type="spellEnd"/>
      <w:r>
        <w:t xml:space="preserve">, </w:t>
      </w:r>
      <w:proofErr w:type="spellStart"/>
      <w:r>
        <w:t>yetki</w:t>
      </w:r>
      <w:proofErr w:type="spellEnd"/>
      <w:r>
        <w:t xml:space="preserve"> </w:t>
      </w:r>
      <w:proofErr w:type="spellStart"/>
      <w:r>
        <w:t>ve</w:t>
      </w:r>
      <w:proofErr w:type="spellEnd"/>
      <w:r>
        <w:t xml:space="preserve"> sorumlulukları; Aile Hekimliği Ödeme ve Sözleşme Yönetmeliği’nin 7. maddesinde belirtilen sözleşme yenileme göstergeleri ve Aile Hekimliği Uygulama Yönetmeliği’nin 4. maddesinde tanımlandığı üzere;</w:t>
      </w:r>
      <w:r>
        <w:br/>
        <w:t>- Kişiye yönelik koruyucu sağlık hizmetleri ile birinci basamak teşhis, tedavi, rehabilitasyon ve danışmanlık hizmetlerini vermek,</w:t>
      </w:r>
      <w:r>
        <w:br/>
        <w:t>- Kayıtlı kişilere sağlıkla ilgili rehberlik yapmak,</w:t>
      </w:r>
      <w:r>
        <w:br/>
        <w:t>- Sağlığı geliştirici ve koruyucu hizmetler ile ana-çocuk sağlığı ve üreme sağlığı hizmetlerini yürütmek,</w:t>
      </w:r>
      <w:r>
        <w:br/>
        <w:t>- Periyodik muayeneler, izlem ve taramaları gerçekleştirmek (kanser, kronik hastalık, gebe, lohusa, bebek, çocuk, adölesan, erişkin, yaşlı sağlığı vb.)</w:t>
      </w:r>
      <w:r w:rsidR="002607DF">
        <w:t xml:space="preserve"> </w:t>
      </w:r>
    </w:p>
    <w:p w14:paraId="1DBE4D47" w14:textId="364DE528" w:rsidR="002607DF" w:rsidRDefault="002607DF">
      <w:r>
        <w:t xml:space="preserve">   </w:t>
      </w:r>
      <w:proofErr w:type="spellStart"/>
      <w:r>
        <w:t>Bunların</w:t>
      </w:r>
      <w:proofErr w:type="spellEnd"/>
      <w:r>
        <w:t xml:space="preserve"> </w:t>
      </w:r>
      <w:proofErr w:type="spellStart"/>
      <w:r>
        <w:t>planlamasını</w:t>
      </w:r>
      <w:proofErr w:type="spellEnd"/>
      <w:r>
        <w:t xml:space="preserve"> </w:t>
      </w:r>
      <w:proofErr w:type="spellStart"/>
      <w:r>
        <w:t>ve</w:t>
      </w:r>
      <w:proofErr w:type="spellEnd"/>
      <w:r>
        <w:t xml:space="preserve"> </w:t>
      </w:r>
      <w:proofErr w:type="spellStart"/>
      <w:r>
        <w:t>takibini</w:t>
      </w:r>
      <w:proofErr w:type="spellEnd"/>
      <w:r>
        <w:t xml:space="preserve"> </w:t>
      </w:r>
      <w:proofErr w:type="spellStart"/>
      <w:r>
        <w:t>yapmak</w:t>
      </w:r>
      <w:proofErr w:type="spellEnd"/>
      <w:r>
        <w:t xml:space="preserve"> da </w:t>
      </w:r>
      <w:proofErr w:type="spellStart"/>
      <w:r>
        <w:t>aile</w:t>
      </w:r>
      <w:proofErr w:type="spellEnd"/>
      <w:r>
        <w:t xml:space="preserve"> </w:t>
      </w:r>
      <w:proofErr w:type="spellStart"/>
      <w:r>
        <w:t>hekiminin</w:t>
      </w:r>
      <w:proofErr w:type="spellEnd"/>
      <w:r>
        <w:t xml:space="preserve"> </w:t>
      </w:r>
      <w:proofErr w:type="spellStart"/>
      <w:r>
        <w:t>görev</w:t>
      </w:r>
      <w:proofErr w:type="spellEnd"/>
      <w:r>
        <w:t xml:space="preserve"> </w:t>
      </w:r>
      <w:proofErr w:type="spellStart"/>
      <w:r>
        <w:t>ve</w:t>
      </w:r>
      <w:proofErr w:type="spellEnd"/>
      <w:r>
        <w:t xml:space="preserve"> </w:t>
      </w:r>
      <w:proofErr w:type="spellStart"/>
      <w:r>
        <w:t>sorumluluklarındandır</w:t>
      </w:r>
      <w:proofErr w:type="spellEnd"/>
      <w:r>
        <w:t>.</w:t>
      </w:r>
      <w:r w:rsidR="00000000">
        <w:br/>
      </w:r>
      <w:r w:rsidR="00000000">
        <w:br/>
      </w:r>
      <w:r w:rsidR="00380ED9">
        <w:t xml:space="preserve">    </w:t>
      </w:r>
      <w:proofErr w:type="spellStart"/>
      <w:r w:rsidR="00000000">
        <w:t>Ayrıca</w:t>
      </w:r>
      <w:proofErr w:type="spellEnd"/>
      <w:r w:rsidR="00000000">
        <w:t xml:space="preserve"> </w:t>
      </w:r>
      <w:proofErr w:type="spellStart"/>
      <w:r w:rsidR="00000000">
        <w:t>Ödeme</w:t>
      </w:r>
      <w:proofErr w:type="spellEnd"/>
      <w:r w:rsidR="00000000">
        <w:t xml:space="preserve"> </w:t>
      </w:r>
      <w:proofErr w:type="spellStart"/>
      <w:r w:rsidR="00000000">
        <w:t>ve</w:t>
      </w:r>
      <w:proofErr w:type="spellEnd"/>
      <w:r w:rsidR="00000000">
        <w:t xml:space="preserve"> </w:t>
      </w:r>
      <w:proofErr w:type="spellStart"/>
      <w:r w:rsidR="00000000">
        <w:t>Sözleşme</w:t>
      </w:r>
      <w:proofErr w:type="spellEnd"/>
      <w:r w:rsidR="00000000">
        <w:t xml:space="preserve"> </w:t>
      </w:r>
      <w:proofErr w:type="spellStart"/>
      <w:r w:rsidR="00000000">
        <w:t>Yönetmeliği</w:t>
      </w:r>
      <w:proofErr w:type="spellEnd"/>
      <w:r w:rsidR="00000000">
        <w:t xml:space="preserve"> madde 18/16-c/1 gereğince, aile hekiminin </w:t>
      </w:r>
      <w:proofErr w:type="spellStart"/>
      <w:r w:rsidR="00000000">
        <w:t>sorumlulukları</w:t>
      </w:r>
      <w:proofErr w:type="spellEnd"/>
      <w:r w:rsidR="00000000">
        <w:t xml:space="preserve"> </w:t>
      </w:r>
      <w:proofErr w:type="spellStart"/>
      <w:r w:rsidR="00000000">
        <w:t>yalnızca</w:t>
      </w:r>
      <w:proofErr w:type="spellEnd"/>
      <w:r w:rsidR="00000000">
        <w:t xml:space="preserve"> </w:t>
      </w:r>
      <w:proofErr w:type="spellStart"/>
      <w:r w:rsidR="00000000">
        <w:t>poliklinik</w:t>
      </w:r>
      <w:proofErr w:type="spellEnd"/>
      <w:r w:rsidR="00000000">
        <w:t xml:space="preserve"> </w:t>
      </w:r>
      <w:proofErr w:type="spellStart"/>
      <w:r>
        <w:t>ve</w:t>
      </w:r>
      <w:proofErr w:type="spellEnd"/>
      <w:r>
        <w:t xml:space="preserve"> hasta </w:t>
      </w:r>
      <w:proofErr w:type="spellStart"/>
      <w:r>
        <w:t>takibi</w:t>
      </w:r>
      <w:proofErr w:type="spellEnd"/>
      <w:r>
        <w:t xml:space="preserve"> </w:t>
      </w:r>
      <w:proofErr w:type="spellStart"/>
      <w:r w:rsidR="00000000">
        <w:t>yapmakla</w:t>
      </w:r>
      <w:proofErr w:type="spellEnd"/>
      <w:r w:rsidR="00000000">
        <w:t xml:space="preserve"> </w:t>
      </w:r>
      <w:proofErr w:type="spellStart"/>
      <w:r w:rsidR="00000000">
        <w:t>sınırlı</w:t>
      </w:r>
      <w:proofErr w:type="spellEnd"/>
      <w:r w:rsidR="00000000">
        <w:t xml:space="preserve"> </w:t>
      </w:r>
      <w:proofErr w:type="spellStart"/>
      <w:r w:rsidR="00000000">
        <w:t>değildir</w:t>
      </w:r>
      <w:proofErr w:type="spellEnd"/>
      <w:r w:rsidR="00000000">
        <w:t xml:space="preserve">. Merkezin kira, elektrik, su, yakıt, internet, temizlik, personel, bilgi işlem, İSG ve SGK işlemleri gibi idari sorumluluklar da bizzat aile hekimi tarafından yürütülmektedir. </w:t>
      </w:r>
    </w:p>
    <w:p w14:paraId="3393DA76" w14:textId="6719D66D" w:rsidR="00FC2142" w:rsidRDefault="002607DF">
      <w:r>
        <w:t xml:space="preserve">   </w:t>
      </w:r>
      <w:proofErr w:type="spellStart"/>
      <w:r w:rsidR="00000000">
        <w:t>Dolayısıyla</w:t>
      </w:r>
      <w:proofErr w:type="spellEnd"/>
      <w:r w:rsidR="00000000">
        <w:t xml:space="preserve"> </w:t>
      </w:r>
      <w:proofErr w:type="spellStart"/>
      <w:r w:rsidR="00000000">
        <w:t>aile</w:t>
      </w:r>
      <w:proofErr w:type="spellEnd"/>
      <w:r w:rsidR="00000000">
        <w:t xml:space="preserve"> </w:t>
      </w:r>
      <w:proofErr w:type="spellStart"/>
      <w:r w:rsidR="00000000">
        <w:t>hekiminin</w:t>
      </w:r>
      <w:proofErr w:type="spellEnd"/>
      <w:r w:rsidR="00000000">
        <w:t xml:space="preserve"> </w:t>
      </w:r>
      <w:proofErr w:type="spellStart"/>
      <w:r w:rsidR="00000000">
        <w:t>mesaisini</w:t>
      </w:r>
      <w:proofErr w:type="spellEnd"/>
      <w:r w:rsidR="00000000">
        <w:t xml:space="preserve"> </w:t>
      </w:r>
      <w:proofErr w:type="spellStart"/>
      <w:r w:rsidR="00000000">
        <w:t>yalnızca</w:t>
      </w:r>
      <w:proofErr w:type="spellEnd"/>
      <w:r w:rsidR="00000000">
        <w:t xml:space="preserve"> REDES sisteminde görülen poliklinik kayıtları üzerinden değerlendirmek, görev tanımının çok dar bir kısmını </w:t>
      </w:r>
      <w:proofErr w:type="spellStart"/>
      <w:r w:rsidR="00000000">
        <w:t>esas</w:t>
      </w:r>
      <w:proofErr w:type="spellEnd"/>
      <w:r w:rsidR="00000000">
        <w:t xml:space="preserve"> </w:t>
      </w:r>
      <w:proofErr w:type="spellStart"/>
      <w:r w:rsidR="00000000">
        <w:t>almak</w:t>
      </w:r>
      <w:proofErr w:type="spellEnd"/>
      <w:r w:rsidR="00000000">
        <w:t xml:space="preserve"> </w:t>
      </w:r>
      <w:proofErr w:type="spellStart"/>
      <w:r w:rsidR="00000000">
        <w:t>anlamına</w:t>
      </w:r>
      <w:proofErr w:type="spellEnd"/>
      <w:r w:rsidR="00000000">
        <w:t xml:space="preserve"> </w:t>
      </w:r>
      <w:proofErr w:type="spellStart"/>
      <w:r w:rsidR="00000000">
        <w:t>gelmektedir</w:t>
      </w:r>
      <w:proofErr w:type="spellEnd"/>
      <w:r w:rsidR="00000000">
        <w:t>.</w:t>
      </w:r>
      <w:r>
        <w:t xml:space="preserve"> </w:t>
      </w:r>
      <w:r w:rsidR="00000000">
        <w:t xml:space="preserve">REDES </w:t>
      </w:r>
      <w:proofErr w:type="spellStart"/>
      <w:r w:rsidR="00000000">
        <w:t>sistemi</w:t>
      </w:r>
      <w:proofErr w:type="spellEnd"/>
      <w:r w:rsidR="00000000">
        <w:t xml:space="preserve"> </w:t>
      </w:r>
      <w:proofErr w:type="spellStart"/>
      <w:r w:rsidR="00000000">
        <w:t>yalnızca</w:t>
      </w:r>
      <w:proofErr w:type="spellEnd"/>
      <w:r w:rsidR="00000000">
        <w:t xml:space="preserve"> hasta </w:t>
      </w:r>
      <w:proofErr w:type="spellStart"/>
      <w:r w:rsidR="00000000">
        <w:t>kayıt</w:t>
      </w:r>
      <w:proofErr w:type="spellEnd"/>
      <w:r w:rsidR="00000000">
        <w:t xml:space="preserve"> saatlerine odaklandığından, yukarıda belirtilen hizmet ve idari sorumlulukları görmezden gelmiş olabilir. İlgili günlerde mesaimin başında olup, tüm hizmetleri eksiksiz yürüttüm. İlk ve son hasta başvuruları belirtilen saatlerde gerçekleşmiş olup, hastaların başvuru saatlerinin </w:t>
      </w:r>
      <w:proofErr w:type="spellStart"/>
      <w:r w:rsidR="00000000">
        <w:t>hekimin</w:t>
      </w:r>
      <w:proofErr w:type="spellEnd"/>
      <w:r w:rsidR="00000000">
        <w:t xml:space="preserve"> </w:t>
      </w:r>
      <w:proofErr w:type="spellStart"/>
      <w:r w:rsidR="00000000">
        <w:t>kontrolünde</w:t>
      </w:r>
      <w:proofErr w:type="spellEnd"/>
      <w:r w:rsidR="00000000">
        <w:t xml:space="preserve"> </w:t>
      </w:r>
      <w:proofErr w:type="spellStart"/>
      <w:r w:rsidR="00000000">
        <w:t>olmadığını</w:t>
      </w:r>
      <w:proofErr w:type="spellEnd"/>
      <w:r w:rsidR="00000000">
        <w:t xml:space="preserve"> </w:t>
      </w:r>
      <w:proofErr w:type="spellStart"/>
      <w:r w:rsidR="00380ED9">
        <w:t>ve</w:t>
      </w:r>
      <w:proofErr w:type="spellEnd"/>
      <w:r w:rsidR="00380ED9">
        <w:t xml:space="preserve"> </w:t>
      </w:r>
      <w:proofErr w:type="spellStart"/>
      <w:r w:rsidR="00380ED9">
        <w:t>herhangi</w:t>
      </w:r>
      <w:proofErr w:type="spellEnd"/>
      <w:r w:rsidR="00380ED9">
        <w:t xml:space="preserve"> </w:t>
      </w:r>
      <w:proofErr w:type="spellStart"/>
      <w:r w:rsidR="00380ED9">
        <w:t>bir</w:t>
      </w:r>
      <w:proofErr w:type="spellEnd"/>
      <w:r w:rsidR="00380ED9">
        <w:t xml:space="preserve"> hasta </w:t>
      </w:r>
      <w:proofErr w:type="spellStart"/>
      <w:r w:rsidR="00380ED9">
        <w:t>mağduriyeti</w:t>
      </w:r>
      <w:proofErr w:type="spellEnd"/>
      <w:r w:rsidR="00380ED9">
        <w:t xml:space="preserve"> </w:t>
      </w:r>
      <w:proofErr w:type="spellStart"/>
      <w:r w:rsidR="00380ED9">
        <w:t>yaşanmadığını</w:t>
      </w:r>
      <w:proofErr w:type="spellEnd"/>
      <w:r w:rsidR="00380ED9">
        <w:t xml:space="preserve"> </w:t>
      </w:r>
      <w:proofErr w:type="spellStart"/>
      <w:r w:rsidR="00000000">
        <w:t>hatırlatmak</w:t>
      </w:r>
      <w:proofErr w:type="spellEnd"/>
      <w:r w:rsidR="00000000">
        <w:t xml:space="preserve"> i</w:t>
      </w:r>
      <w:proofErr w:type="spellStart"/>
      <w:r w:rsidR="00000000">
        <w:t>sterim</w:t>
      </w:r>
      <w:proofErr w:type="spellEnd"/>
      <w:r w:rsidR="00000000">
        <w:t>.</w:t>
      </w:r>
      <w:r w:rsidR="00000000">
        <w:br/>
      </w:r>
      <w:r w:rsidR="00000000">
        <w:br/>
      </w:r>
      <w:r w:rsidR="00000000">
        <w:br/>
      </w:r>
      <w:r w:rsidR="00000000">
        <w:br/>
        <w:t>Gereğini arz ederim.</w:t>
      </w:r>
      <w:r w:rsidR="00000000">
        <w:br/>
      </w:r>
      <w:r w:rsidR="00000000">
        <w:br/>
      </w:r>
      <w:r w:rsidR="00000000">
        <w:br/>
      </w:r>
      <w:r w:rsidR="00000000">
        <w:br/>
      </w:r>
    </w:p>
    <w:sectPr w:rsidR="00FC214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16cid:durableId="289943235">
    <w:abstractNumId w:val="8"/>
  </w:num>
  <w:num w:numId="2" w16cid:durableId="636304942">
    <w:abstractNumId w:val="6"/>
  </w:num>
  <w:num w:numId="3" w16cid:durableId="822817806">
    <w:abstractNumId w:val="5"/>
  </w:num>
  <w:num w:numId="4" w16cid:durableId="984360309">
    <w:abstractNumId w:val="4"/>
  </w:num>
  <w:num w:numId="5" w16cid:durableId="1440564524">
    <w:abstractNumId w:val="7"/>
  </w:num>
  <w:num w:numId="6" w16cid:durableId="15354453">
    <w:abstractNumId w:val="3"/>
  </w:num>
  <w:num w:numId="7" w16cid:durableId="1135828428">
    <w:abstractNumId w:val="2"/>
  </w:num>
  <w:num w:numId="8" w16cid:durableId="1233156775">
    <w:abstractNumId w:val="1"/>
  </w:num>
  <w:num w:numId="9" w16cid:durableId="1088961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219F"/>
    <w:rsid w:val="00034616"/>
    <w:rsid w:val="0006063C"/>
    <w:rsid w:val="0015074B"/>
    <w:rsid w:val="002607DF"/>
    <w:rsid w:val="0029639D"/>
    <w:rsid w:val="00326F90"/>
    <w:rsid w:val="00380ED9"/>
    <w:rsid w:val="00AA1D8D"/>
    <w:rsid w:val="00B47730"/>
    <w:rsid w:val="00CB0664"/>
    <w:rsid w:val="00FC214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1682A1"/>
  <w14:defaultImageDpi w14:val="300"/>
  <w15:docId w15:val="{1682DF4F-A176-4019-B598-6BDADC825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314</Words>
  <Characters>1793</Characters>
  <Application>Microsoft Office Word</Application>
  <DocSecurity>0</DocSecurity>
  <Lines>14</Lines>
  <Paragraphs>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2103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Zahid Cebe</cp:lastModifiedBy>
  <cp:revision>3</cp:revision>
  <dcterms:created xsi:type="dcterms:W3CDTF">2013-12-23T23:15:00Z</dcterms:created>
  <dcterms:modified xsi:type="dcterms:W3CDTF">2025-10-27T06:04:00Z</dcterms:modified>
  <cp:category/>
</cp:coreProperties>
</file>